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06" w:rsidRPr="00B94137" w:rsidRDefault="00B94137">
      <w:pPr>
        <w:pStyle w:val="Titolo1"/>
        <w:rPr>
          <w:lang w:val="it-IT"/>
        </w:rPr>
      </w:pPr>
      <w:r w:rsidRPr="00B94137">
        <w:rPr>
          <w:lang w:val="it-IT"/>
        </w:rPr>
        <w:t>MODULO DI RECESSO</w:t>
      </w:r>
    </w:p>
    <w:p w:rsidR="00B60F06" w:rsidRPr="00B94137" w:rsidRDefault="00B94137">
      <w:pPr>
        <w:rPr>
          <w:lang w:val="it-IT"/>
        </w:rPr>
      </w:pPr>
      <w:r w:rsidRPr="00B94137">
        <w:rPr>
          <w:lang w:val="it-IT"/>
        </w:rPr>
        <w:t xml:space="preserve">(Compilare e </w:t>
      </w:r>
      <w:r>
        <w:rPr>
          <w:lang w:val="it-IT"/>
        </w:rPr>
        <w:t>inviare</w:t>
      </w:r>
      <w:r w:rsidRPr="00B94137">
        <w:rPr>
          <w:lang w:val="it-IT"/>
        </w:rPr>
        <w:t xml:space="preserve"> il presente modulo solo se si desidera recedere dal contratto)</w:t>
      </w:r>
    </w:p>
    <w:p w:rsidR="00B94137" w:rsidRDefault="00B94137">
      <w:pPr>
        <w:rPr>
          <w:lang w:val="it-IT"/>
        </w:rPr>
      </w:pPr>
      <w:r>
        <w:rPr>
          <w:lang w:val="it-IT"/>
        </w:rPr>
        <w:br/>
        <w:t>Destinatario</w:t>
      </w:r>
      <w:r>
        <w:rPr>
          <w:lang w:val="it-IT"/>
        </w:rPr>
        <w:br/>
      </w:r>
      <w:r>
        <w:rPr>
          <w:lang w:val="it-IT"/>
        </w:rPr>
        <w:br/>
        <w:t>MYWALIT.COM SRL</w:t>
      </w:r>
      <w:r w:rsidRPr="00B94137">
        <w:rPr>
          <w:lang w:val="it-IT"/>
        </w:rPr>
        <w:br/>
      </w:r>
      <w:bookmarkStart w:id="0" w:name="_GoBack"/>
      <w:bookmarkEnd w:id="0"/>
      <w:r w:rsidRPr="00B94137">
        <w:rPr>
          <w:lang w:val="it-IT"/>
        </w:rPr>
        <w:br/>
      </w:r>
      <w:r>
        <w:rPr>
          <w:lang w:val="it-IT"/>
        </w:rPr>
        <w:t>VIA DEL BRENNERO 1040/BK LOC. ACQUACALDA</w:t>
      </w:r>
    </w:p>
    <w:p w:rsidR="00B60F06" w:rsidRPr="00B94137" w:rsidRDefault="00B94137">
      <w:pPr>
        <w:rPr>
          <w:lang w:val="it-IT"/>
        </w:rPr>
      </w:pPr>
      <w:r>
        <w:rPr>
          <w:lang w:val="it-IT"/>
        </w:rPr>
        <w:t>55100 – S.MARCO – LUCCA -ITALY</w:t>
      </w:r>
      <w:r w:rsidRPr="00B94137">
        <w:rPr>
          <w:lang w:val="it-IT"/>
        </w:rPr>
        <w:br/>
      </w:r>
      <w:r w:rsidRPr="00B94137">
        <w:rPr>
          <w:lang w:val="it-IT"/>
        </w:rPr>
        <w:br/>
        <w:t xml:space="preserve">E-mail: </w:t>
      </w:r>
      <w:r>
        <w:rPr>
          <w:lang w:val="it-IT"/>
        </w:rPr>
        <w:t>customer-service@mywalit.com</w:t>
      </w:r>
      <w:r>
        <w:rPr>
          <w:lang w:val="it-IT"/>
        </w:rPr>
        <w:br/>
      </w:r>
      <w:r>
        <w:rPr>
          <w:lang w:val="it-IT"/>
        </w:rPr>
        <w:br/>
        <w:t xml:space="preserve">Telefono: +39 </w:t>
      </w:r>
      <w:r w:rsidRPr="00B94137">
        <w:rPr>
          <w:lang w:val="it-IT"/>
        </w:rPr>
        <w:t>0583 471913</w:t>
      </w:r>
      <w:r>
        <w:rPr>
          <w:lang w:val="it-IT"/>
        </w:rPr>
        <w:br/>
      </w:r>
      <w:r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t>Con la presente io/noi (*) notifichiamo il recesso dal mio/nostro (*) contratto di vendita relativo ai seguenti beni: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_________________________________________________________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Numero ordine: 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Ordinato il (*)</w:t>
      </w:r>
      <w:r w:rsidRPr="00B94137">
        <w:rPr>
          <w:lang w:val="it-IT"/>
        </w:rPr>
        <w:t>: ____/____/________</w:t>
      </w:r>
      <w:r w:rsidRPr="00B94137">
        <w:rPr>
          <w:lang w:val="it-IT"/>
        </w:rPr>
        <w:br/>
      </w:r>
      <w:r w:rsidRPr="00B94137">
        <w:rPr>
          <w:lang w:val="it-IT"/>
        </w:rPr>
        <w:br/>
        <w:t>Ricevuto il (*): ____/____/________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Nome del/dei consumatore/i: 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Indirizzo del/dei consumatore/i: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_________________________________________________________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  <w:t>_______________________________________</w:t>
      </w:r>
      <w:r w:rsidRPr="00B94137">
        <w:rPr>
          <w:lang w:val="it-IT"/>
        </w:rPr>
        <w:t>__________________</w:t>
      </w:r>
      <w:r w:rsidRPr="00B94137">
        <w:rPr>
          <w:lang w:val="it-IT"/>
        </w:rPr>
        <w:br/>
      </w:r>
      <w:r w:rsidRPr="00B94137">
        <w:rPr>
          <w:lang w:val="it-IT"/>
        </w:rPr>
        <w:lastRenderedPageBreak/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E-mail: _________________________________________________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  <w:t>Telefono: _______________________________________________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Motivo del reso (facoltativo):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_________________________________________________________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  <w:t>______________________</w:t>
      </w:r>
      <w:r w:rsidRPr="00B94137">
        <w:rPr>
          <w:lang w:val="it-IT"/>
        </w:rPr>
        <w:t>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Firma del/dei consumatore/i (solo per invio cartaceo):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_________________________________________________________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  <w:t>Data: ____/____/________</w:t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  <w:r w:rsidRPr="00B94137">
        <w:rPr>
          <w:lang w:val="it-IT"/>
        </w:rPr>
        <w:br/>
      </w:r>
    </w:p>
    <w:sectPr w:rsidR="00B60F06" w:rsidRPr="00B9413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60F06"/>
    <w:rsid w:val="00B9413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A6B30F-146F-4C39-B462-4954364FD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1226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Elisa Viani</cp:lastModifiedBy>
  <cp:revision>2</cp:revision>
  <dcterms:created xsi:type="dcterms:W3CDTF">2026-06-24T07:26:00Z</dcterms:created>
  <dcterms:modified xsi:type="dcterms:W3CDTF">2026-06-24T07:26:00Z</dcterms:modified>
</cp:coreProperties>
</file>